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התנהגות ספורטיבית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להתנהגות הוגנת ולא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נכון במצבים 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התנהגויות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לעודד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כשלא נעים צריך להקשיב ולכבד את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קבוצתי והוגן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לסיים את המשחק בכבוד גם כשמפסידים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אותו ולומר שבפעם הבאה יצליח, לא לצחוק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ידיים ואומרים כל הכבוד לקבוצה שניצחה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רוח ספורטיבית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למשחק הוגן וכבוד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עידוד חבר, לחיצת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צעקות על שופט,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המיון בעל פה כפעילות קבוצתית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מהחיים האמיתיים של התלמידים ממשחקים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המתקדם (skip_n) מומלץ להוסיף דיון על מצבים מורכבים יותר כמו עונשין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בכדורגל חשוב לא רק לנצח אלא גם לשחק בהגינות ולכבד את כולם – חברים, יריבים ושופטים. בדף הזה נלמד להבחין בין התנהגות ספורטיבית ללא ספורטיבית.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הוגן  ·  להקשיב  ·  ללחוץ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 התנהגויות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שחקן עוזר ליריב שנפל לקום. זו התנהגות: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אסורה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שחקן עושה כאילו נפצע כדי לקבל עונשין. זו התנהגות: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נכון לעשות כשחבר טועה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לעודד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לצעוק על השופט כשלא מסכימים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למסור כדור לחברה שעומדת פנויה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מפסידים מותר לעזוב את המגרש באמצע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רוח ספורטיבית פירושה לשחק __________ ולכבד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גם כשלא נעים צריך __________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המשחק נהוג __________ 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מעודדים חבר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דוחפים שחקן כדי לקחת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לוחצים ידיים בסוף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 בקבוצה שלכם פספס גול קל. מה תגידו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הקבוצה שלכם הפסידה במשחק. מה עושים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רוח ספורטיבית?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