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רוח ספורטיבית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התנהגות ספורטיבית במגרש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להתנהגות הוגנת ולא הוגנת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כיצד להגיב נכון במצבים שונים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 התנהגויות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לא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לעודד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לוחצים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התנהגות לא הוגנת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כשלא נעים צריך להקשיב ולכבד את השופט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משחק קבוצתי והוגן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לסיים את המשחק בכבוד גם כשמפסידים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פוגע ולא מכבד את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בהגדרה של רוח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דרך יפה להראות כבוד למנצחים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מעודדים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התנהגות לקבוצה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(לא 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(לא ספורטיבי)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לעודד אותו ולומר שבפעם הבאה יצליח, לא לצחוק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 ולכבד את ההחלטה גם אם לא נעים, בלי לצעוק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לוחצים ידיים ואומרים כל הכבוד לקבוצה שניצחה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רוח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יציין דוגמאות נכונות מהרשימה ויסביר שהתנהגות הוגנת שומרת על כבוד הדדי והנאה משותפת מהמשחק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למשחק הוגן וכבוד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מהרשימה כמו עידוד חבר, לחיצת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מהרשימה כמו צעקות על שופט, דחיפה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המיון בעל פה כפעילות קבוצתית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מהחיים האמיתיים של התלמידים ממשחקים שראו או שיחקו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המתקדם (skip_n) מומלץ להוסיף דיון על מצבים מורכבים יותר כמו עונשין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רוח ספורטיבית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בכדורגל צריך לשחק יפה ולכבד את כולם. נלמד מה זה ספורטיבי ומה לא.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רוח ספורטיבית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לשחק בהגינות ולכבד את 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או הקבוצה שמשחקים נגדם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שקובע מה חוקי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עונשין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עונש בכדורגל כמו בעיטת עונשין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נכון וישר, לא רמאות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לעודד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כוח ותמיכה לחבר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להתעלם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לשים לב בכוונה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טוב ונכון לאדם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מיון התנהגויות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עוזרים ליריב שנפל - זה טוב או רע?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אסורה בחוק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קשורה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עושים כאילו נפצעו כדי לקבל עונשין - טוב או רע?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חובה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כשחבר טועה?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לצחוק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לעודד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לכעוס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לדחוף כדי לקחת כדור - טוב או רע?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נדרשת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בסוף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עוזבים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לוחצים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צועקים על היריב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 מהקבוצה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לגעת ביד בכוונה - טוב או רע?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התנהגות הוגנת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התנהגות לא הוגנת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 לפי החוקים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עצה טובה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לצעוק על השופט כשלא מסכימים איתו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למסור כדור לחברה שעומדת פנויה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מפסידים מותר לעזוב את המגרש באמצע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לצחוק על שחקן שפספס בעיטה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רוח ספורטיבית כוללת כבוד גם ליריבים וגם לשופט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שקבוצה מנצחת אפשר לומר לה כל הכבוד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רוח ספורטיבית פירושה לשחק __________ ולכבד את 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גם כשלא נעים צריך __________ לשופט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המשחק נהוג __________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כשחבר טועה אנחנו __________ אותו ולא צוחקים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שחקן שמעמיד פנים שנפצע כדי לקבל עונשין מתנהג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עוזרים לשחקן מהקבוצה השנייה __________ כשהוא נופל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התנהגות לקבוצה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מעודדים חבר שטעה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דוחפים שחקן כדי לקחת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לוחצים ידיים בסוף המשחק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צועקים על השופט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עוזרים ליריב לקום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נוגעים בכדור ביד בכוונה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ספורטיבי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הייתם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 בקבוצה שלכם פספס גול קל. מה תגידו 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השופט/ת נתן החלטה שלא אהבתם. איך תתנהגו?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הקבוצה שלכם הפסידה במשחק. מה עושים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רוח ספורטיבית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התנהגויות ספורטיביות ושלוש לא ספורטיביות שלמדתם, והסבירו למה חשוב להתנהג בהוגנות במגרש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רוח ספורטיבית?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ספורטיבית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לא ספורטיבית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רוח ספורטיבית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