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רוח ספורטיבית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התנהגות ספורטיבית במגרש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להתנהגות הוגנת ולא הוגנת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כיצד להגיב נכון במצבים שונים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מיון התנהגויות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לא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לעודד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לוחצים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התנהגות לא הוגנת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כשלא נעים צריך להקשיב ולכבד את השופט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משחק קבוצתי והוגן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לסיים את המשחק בכבוד גם כשמפסידים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פוגע ולא מכבד את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בהגדרה של רוח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דרך יפה להראות כבוד למנצחים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מעודדים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ספורטיבי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התנהגות לקבוצה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(לא 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(ספורטיבי)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(לא ספורטיבי)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לעודד אותו ולומר שבפעם הבאה יצליח, לא לצחוק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להקשיב ולכבד את ההחלטה גם אם לא נעים, בלי לצעוק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לוחצים ידיים ואומרים כל הכבוד לקבוצה שניצחה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רוח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יציין דוגמאות נכונות מהרשימה ויסביר שהתנהגות הוגנת שומרת על כבוד הדדי והנאה משותפת מהמשחק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למשחק הוגן וכבוד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מהרשימה כמו עידוד חבר, לחיצת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מהרשימה כמו צעקות על שופט, דחיפה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המיון בעל פה כפעילות קבוצתית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מהחיים האמיתיים של התלמידים ממשחקים שראו או שיחקו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המתקדם (skip_n) מומלץ להוסיף דיון על מצבים מורכבים יותר כמו עונשין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רוח ספורטיבית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בכדורגל חשוב לא רק לנצח אלא גם לשחק בהגינות ולכבד את כולם – חברים, יריבים ושופטים. בדף הזה נלמד להבחין בין התנהגות ספורטיבית ללא ספורטיבית.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מיון התנהגויות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שחקן עוזר ליריב שנפל לקום. זו התנהגות: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אסורה בחוק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קשורה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שחקן עושה כאילו נפצע כדי לקבל עונשין. זו התנהגות: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חובה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נכון לעשות כשחבר טועה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לצחוק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לעודד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לכעוס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שחקן דוחף יריב כדי לקחת את הכדור. זו התנהגות: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נדרשת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בסוף משחק כדורגל כהתנהגות ספורטיבית?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עוזבים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לוחצים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צועקים על היריב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מתעלמים מהקבוצה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שחקן נוגע בכדור ביד בכוונה כדי לעצור גול. זו: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התנהגות הוגנת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התנהגות לא הוגנת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חובה לפי החוקים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עצה טובה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לצעוק על השופט כשלא מסכימים איתו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למסור כדור לחברה שעומדת פנויה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מפסידים מותר לעזוב את המגרש באמצע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לצחוק על שחקן שפספס בעיטה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רוח ספורטיבית כוללת כבוד גם ליריבים וגם לשופט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שקבוצה מנצחת אפשר לומר לה כל הכבוד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רוח ספורטיבית פירושה לשחק __________ ולכבד את 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גם כשלא נעים צריך __________ לשופט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המשחק נהוג __________ 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כשחבר טועה אנחנו __________ אותו ולא צוחקים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שחקן שמעמיד פנים שנפצע כדי לקבל עונשין מתנהג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עוזרים לשחקן מהקבוצה השנייה __________ כשהוא נופל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התנהגות לקבוצה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מעודדים חבר שטעה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דוחפים שחקן כדי לקחת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לוחצים ידיים בסוף המשחק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צועקים על השופט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עוזרים ליריב לקום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ספורטיבי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נוגעים בכדור ביד בכוונה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ספורטיבי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 בקבוצה שלכם פספס גול קל. מה תגידו 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השופט/ת נתן החלטה שלא אהבתם. איך תתנהגו?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הקבוצה שלכם הפסידה במשחק. מה עושים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רוח ספורטיבית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התנהגויות ספורטיביות ושלוש לא ספורטיביות שלמדתם, והסבירו למה חשוב להתנהג בהוגנות במגרש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רוח ספורטיבית?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ספורטיבית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לא ספורטיבית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רוח ספורטיבית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